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המדדים שבודקים גלובליזציה של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מדד מספר רק חלק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נתונים השוואתיים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מדינה מחוברת לעולם בכלכלה, תקשורת וקשרים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היקף סחר חוץ ויבוא ויצוא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ההיי-טק, הסחר והקשרים הבינלאומיים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בדיקת שיחות בינלאומיות, נסיעות ותיירות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 מדד, מה נמדד ומה נשאר מחוץ למדד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מדד מושלם אחד, ולכן משתמשים בכמה סוגי מדדים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בטקסט כדוגמה למדינות קטנות ומחוברות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מדד התקשורת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מדד מראה רק כמה מחוברים, לא את הפערים הפנימיים או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מדד שיתוף הפעולה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סחר 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מדד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(היקף יבוא ויצוא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(אחוז המחוברים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שיחות בינלאומיות ונסיעות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 בארגונים בין-לאומיים)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כלכלי - סחר חוץ; תקשורת - אינטרנט; קשר אישי - נסיעות לחו"ל; שיתוף פעולה - חברות בארגונים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מה איכות החיבור? האם החיבור מתחלק שווה בין אזורים?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3 קריטריונים רלוונטיים עם נימוק לכל אחד, למשל שפות מדוברות, מעקב אחרי תכנים מחו"ל, קשר עם בני נוער ממדינות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כלכלי, תקשורת, קשר אישי,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מדד מראה רק חלק מהתמונה ולא את כל הפערים או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סינגפור או 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איזה מדד הכי משכנע אתכם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השאלות הביקורתיות (מי מדד, מה נמדד, מה נשאר בחוץ) כמיומנות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בדילמה אפשר לחלק את הכיתה לקבוצות בעד/נגד/תלוי ולנהל דיון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מדדים שבודקים כמה מדינה מחוברת לעולם. נלמד מה המדדים בודקים, ונלמד לשאול שאלות על הנתונים.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שמודד ומשווה דבר מסוים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מידת החיבור של מדינה לעולם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חוץ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יבוא וייצוא של מדינה עם מדינות 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השקעות זרות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שמדינות או חברות מחוץ למדינה משקיעות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מדדי תקשורת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כמה אנשים מחוברים לאינטרנט במדינה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מדדי קשר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שיחות בינלאומיות, נסיעות לחו"ל ותיירות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 בינלאומי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הסכמים וארגונים שהמדינה חברה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מהימנות 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האם אפשר לסמוך על נתון או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המדדים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מדינה גדולה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מדינה מחוברת לעולם בכלכלה, תקשורת וקשרים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אוכלוסייה יש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הרים יש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מודד מדד כלכלי?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התיירים שמגיעים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היקף סחר חוץ ויבוא ויצוא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השיחות הבינלאומיות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ההסכמים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ישראל מדורגת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גודל השטח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ההיי-טק, הסחר והקשרים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מספר התושבים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המיקום במרכז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 מדד קשר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היקף הסחר החוץ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שיחות בינלאומיות, נסיעות ותיירות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ההסכמים הבינלאומיים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המחוברים לאינטרנט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שאלות שואלים על מדד?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המדד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מדד, מה נמדד ומה נשאר מחוץ למדד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באיזו שנה נוצר המדד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מילים יש במדד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מדד אחד מושלם שמודד גלובליזציה בצורה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קטנה יכולה להיות מחוברת מאוד לעולם, כמו סינגפור או שווייץ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תקשורת בודק כמה אחוזים מהאוכלוסייה מחוברים לאינטרנט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 תמיד מראה גם מי בתוך המדינה מחובר וגם מה המחיר של החיבור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מדדי שיתוף פעולה בודקים בכמה הסכמים וארגונים בין-לאומיים המדינה 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מדדים כלכליים בודקים את היקף ה__________ (יבוא ויצוא) של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מדדי __________ בודקים כמה אחוזים מהאוכלוסייה מחוברים לאינטרנט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מכון מחקר כלכלי ב__________ מדרג מדינות לפי מדדי גלובליות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__________ מספר רק חלק מהסיפור, לכן צריך להשוות כמה 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מדדי __________ אישי בודקים שיחות בינלאומיות, נסיעות ותיירות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סוג מדד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שיחות בינלאומיות ונסיעות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חברות בארגונים בין-לאומיים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היקף יבוא ויצוא והשקעות 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אחוז המחוברים לאינטרנט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את ארבעת סוגי המדדים לגלובליות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קיבלתם נתון: מדינה א׳ - 95% מחוברים לאינטרנט, מדינה ב׳ - 40%. כתבו שתי שאלות שצריך לשאול לפני שמסיקים שמדינה א׳ יותר גלובלית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מדד גלובליות לכיתה שלכם - אילו שלושה דברים הייתם מודדים כדי לבדוק כמה הכיתה מחוברת לעולם? 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סוגי המדדים לגלובליות?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מה נשאר מחוץ למדד?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למדינה קטנה אך מחוברת מאוד לעולם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מדדי גלובליות – מי הכי גלובלית?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