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מדדי גלובליות – מי הכי גלובלית?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המדדים שבודקים גלובליזציה של 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שכל מדד מספר רק חלק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קריאה ביקורתית של נתונים השוואתיים בין 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כמה מדינה מחוברת לעולם בכלכלה, תקשורת וקשרים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היקף סחר חוץ ויבוא ויצוא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אין מדד מושלם אחד, ולכן משתמשים בכמה סוגי מדדים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נאמר בטקסט כדוגמה למדינות קטנות ומחוברות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הגדרת מדד התקשורת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סחר חוץ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תקשורת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שווייץ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סוג מדד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(היקף יבוא ויצוא והשקעות זרות)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(אחוז המחוברים לאינטרנט)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(מספר שיחות בינלאומיות ונסיעות לחו"ל)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(חברות בארגונים בין-לאומיים)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כלכלי - סחר חוץ; תקשורת - אינטרנט; קשר אישי - נסיעות לחו"ל; שיתוף פעולה - חברות בארגונים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הכוללת 3 קריטריונים רלוונטיים עם נימוק לכל אחד, למשל שפות מדוברות, מעקב אחרי תכנים מחו"ל, קשר עם בני נוער ממדינות אחרות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כלכלי, תקשורת, קשר אישי, שיתוף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מדד מראה רק חלק מהתמונה ולא את כל הפערים או המחירים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סינגפור או שווייץ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קצר: איזה מדד הכי משכנע אתכם ולמה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השאלות הביקורתיות (מי מדד, מה נמדד, מה נשאר בחוץ) כמיומנות מרכזית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בדילמה אפשר לחלק את הכיתה לקבוצות בעד/נגד/תלוי ולנהל דיון קצר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מדדי גלובליות – מי הכי גלובלית?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גיאוגרפים משתמשים במדדי גלובליות כדי לבדוק כמה מדינה מחוברת לעולם - בכלכלה, בתקשורת, בקשרים אישיים ובשיתופי פעולה. בדף הזה נתרגל להבין את המדדים ולשאול שאלות ביקורתיות עליהם.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שווייץ  ·  סחר חוץ  ·  תקשורת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בודקים מדדי גלובליות?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כמה מדינה גדולה בשטח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כמה מדינה מחוברת לעולם בכלכלה, תקשורת וקשרים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כמה אוכלוסייה יש למדינה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מהבאים הוא דוגמה למדד כלכלי?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כמות התיירים שמגיעים למדינה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היקף סחר חוץ ויבוא ויצוא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מספר השיחות הבינלאומיות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 מדד אחד מושלם שמודד גלובליזציה בצורה מלאה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מדינה קטנה יכולה להיות מחוברת מאוד לעולם, כמו סינגפור או שווייץ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מדד תקשורת בודק כמה אחוזים מהאוכלוסייה מחוברים לאינטרנט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מדדים כלכליים בודקים את היקף ה__________ (יבוא ויצוא) של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מדדי __________ בודקים כמה אחוזים מהאוכלוסייה מחוברים לאינטרנט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מכון מחקר כלכלי ב__________ מדרג מדינות לפי מדדי גלובליות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סוג מדד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מדד כלכלי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מספר שיחות בינלאומיות ונסיעות לחו"ל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מדד תקשורת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חברות בארגונים בין-לאומיים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מדד קשר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היקף יבוא ויצוא והשקעות זרות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מדד שיתוף 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אחוז המחוברים לאינטרנט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רשמו את ארבעת סוגי המדדים לגלובליות ותנו דוגמה אחת לכל סוג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הציעו מדד גלובליות לכיתה שלכם - אילו שלושה דברים הייתם מודדים כדי לבדוק כמה הכיתה מחוברת לעולם? נמקו כל בחירה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ארבעת סוגי המדדים לגלובליות?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חשוב לשאול מה נשאר מחוץ למדד?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מדדי גלובליות – מי הכי גלובלית?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